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3: Residential Schools</w:t>
      </w:r>
    </w:p>
    <w:p>
      <w:pPr>
        <w:spacing w:after="200"/>
        <w:jc w:val="center"/>
      </w:pPr>
      <w:r>
        <w:rPr>
          <w:b w:val="0"/>
          <w:i/>
          <w:sz w:val="20"/>
        </w:rPr>
        <w:t>5/6 Social Studies  -  Unfair by Law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In one or two sentences, what were residential schools?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Why do we wear orange shirts and say 'Every Child Matters'?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What does reconciliation mean, and why does it matter? One sentence.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explain what residential schools were and why we remember.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